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2A71" w14:textId="77777777" w:rsidR="007E7B6F" w:rsidRPr="00845A35" w:rsidRDefault="00000000">
      <w:pPr>
        <w:spacing w:after="160"/>
        <w:jc w:val="center"/>
        <w:rPr>
          <w:rFonts w:ascii="TT Norms Pro Trial" w:hAnsi="TT Norms Pro Trial"/>
        </w:rPr>
      </w:pPr>
      <w:r w:rsidRPr="00845A35">
        <w:rPr>
          <w:rFonts w:ascii="TT Norms Pro Trial" w:hAnsi="TT Norms Pro Trial"/>
          <w:b/>
          <w:sz w:val="26"/>
        </w:rPr>
        <w:t>ЗАЯВЛЕНИЕ О ВОЗВРАТЕ ТОВАРА</w:t>
      </w:r>
    </w:p>
    <w:tbl>
      <w:tblPr>
        <w:tblW w:w="0" w:type="auto"/>
        <w:jc w:val="center"/>
        <w:tblBorders>
          <w:top w:val="single" w:sz="5" w:space="0" w:color="B8B8B3"/>
          <w:left w:val="single" w:sz="5" w:space="0" w:color="B8B8B3"/>
          <w:bottom w:val="single" w:sz="5" w:space="0" w:color="B8B8B3"/>
          <w:right w:val="single" w:sz="5" w:space="0" w:color="B8B8B3"/>
          <w:insideH w:val="single" w:sz="5" w:space="0" w:color="B8B8B3"/>
          <w:insideV w:val="single" w:sz="5" w:space="0" w:color="B8B8B3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370"/>
      </w:tblGrid>
      <w:tr w:rsidR="007E7B6F" w:rsidRPr="00845A35" w14:paraId="5C7DBA9E" w14:textId="77777777">
        <w:trPr>
          <w:jc w:val="center"/>
        </w:trPr>
        <w:tc>
          <w:tcPr>
            <w:tcW w:w="2551" w:type="dxa"/>
            <w:shd w:val="clear" w:color="auto" w:fill="F4F4F2"/>
            <w:vAlign w:val="center"/>
          </w:tcPr>
          <w:p w14:paraId="21502052" w14:textId="77777777" w:rsidR="007E7B6F" w:rsidRPr="00845A35" w:rsidRDefault="00000000">
            <w:pPr>
              <w:spacing w:after="0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7"/>
              </w:rPr>
              <w:t>Фамилия, имя, отчество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19F4B984" w14:textId="57E20594" w:rsidR="007E7B6F" w:rsidRPr="00845A35" w:rsidRDefault="007E7B6F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7E7B6F" w:rsidRPr="00845A35" w14:paraId="29AC3954" w14:textId="77777777">
        <w:trPr>
          <w:jc w:val="center"/>
        </w:trPr>
        <w:tc>
          <w:tcPr>
            <w:tcW w:w="2551" w:type="dxa"/>
            <w:shd w:val="clear" w:color="auto" w:fill="F4F4F2"/>
            <w:vAlign w:val="center"/>
          </w:tcPr>
          <w:p w14:paraId="5E6D2C0B" w14:textId="77777777" w:rsidR="007E7B6F" w:rsidRPr="00845A35" w:rsidRDefault="00000000">
            <w:pPr>
              <w:spacing w:after="0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7"/>
              </w:rPr>
              <w:t>Телефон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1D3F8A60" w14:textId="14FCD131" w:rsidR="007E7B6F" w:rsidRPr="00845A35" w:rsidRDefault="007E7B6F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7E7B6F" w:rsidRPr="00845A35" w14:paraId="079EB7FF" w14:textId="77777777">
        <w:trPr>
          <w:jc w:val="center"/>
        </w:trPr>
        <w:tc>
          <w:tcPr>
            <w:tcW w:w="2551" w:type="dxa"/>
            <w:shd w:val="clear" w:color="auto" w:fill="F4F4F2"/>
            <w:vAlign w:val="center"/>
          </w:tcPr>
          <w:p w14:paraId="4F2004AF" w14:textId="77777777" w:rsidR="007E7B6F" w:rsidRPr="00845A35" w:rsidRDefault="00000000">
            <w:pPr>
              <w:spacing w:after="0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7"/>
              </w:rPr>
              <w:t>Электронная почта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1A609E1E" w14:textId="41F1F0C9" w:rsidR="007E7B6F" w:rsidRPr="00845A35" w:rsidRDefault="007E7B6F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7E7B6F" w:rsidRPr="00845A35" w14:paraId="6A3D6B1E" w14:textId="77777777">
        <w:trPr>
          <w:jc w:val="center"/>
        </w:trPr>
        <w:tc>
          <w:tcPr>
            <w:tcW w:w="2551" w:type="dxa"/>
            <w:shd w:val="clear" w:color="auto" w:fill="F4F4F2"/>
            <w:vAlign w:val="center"/>
          </w:tcPr>
          <w:p w14:paraId="6F0575F8" w14:textId="77777777" w:rsidR="007E7B6F" w:rsidRPr="00845A35" w:rsidRDefault="00000000">
            <w:pPr>
              <w:spacing w:after="0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7"/>
              </w:rPr>
              <w:t>Номер заказа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3F8B9E1C" w14:textId="79AF1A65" w:rsidR="007E7B6F" w:rsidRPr="00845A35" w:rsidRDefault="007E7B6F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7E7B6F" w:rsidRPr="00845A35" w14:paraId="577EFB01" w14:textId="77777777">
        <w:trPr>
          <w:jc w:val="center"/>
        </w:trPr>
        <w:tc>
          <w:tcPr>
            <w:tcW w:w="2551" w:type="dxa"/>
            <w:shd w:val="clear" w:color="auto" w:fill="F4F4F2"/>
            <w:vAlign w:val="center"/>
          </w:tcPr>
          <w:p w14:paraId="51433AA9" w14:textId="77777777" w:rsidR="007E7B6F" w:rsidRPr="00845A35" w:rsidRDefault="00000000">
            <w:pPr>
              <w:spacing w:after="0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7"/>
              </w:rPr>
              <w:t>Дата получения заказа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1B2E3A4A" w14:textId="02CD605E" w:rsidR="007E7B6F" w:rsidRPr="00845A35" w:rsidRDefault="007E7B6F">
            <w:pPr>
              <w:spacing w:after="0"/>
              <w:rPr>
                <w:rFonts w:ascii="TT Norms Pro Trial" w:hAnsi="TT Norms Pro Trial"/>
              </w:rPr>
            </w:pPr>
          </w:p>
        </w:tc>
      </w:tr>
    </w:tbl>
    <w:p w14:paraId="3D703233" w14:textId="77777777" w:rsidR="007E7B6F" w:rsidRPr="00845A35" w:rsidRDefault="00000000">
      <w:pPr>
        <w:spacing w:before="120" w:after="80"/>
        <w:rPr>
          <w:rFonts w:ascii="TT Norms Pro Trial" w:hAnsi="TT Norms Pro Trial"/>
          <w:lang w:val="ru-RU"/>
        </w:rPr>
      </w:pPr>
      <w:r w:rsidRPr="00845A35">
        <w:rPr>
          <w:rFonts w:ascii="TT Norms Pro Trial" w:hAnsi="TT Norms Pro Trial"/>
          <w:lang w:val="ru-RU"/>
        </w:rPr>
        <w:t>Прошу принять указанные ниже товары и вернуть уплаченные за них денежные средства.</w:t>
      </w:r>
    </w:p>
    <w:tbl>
      <w:tblPr>
        <w:tblW w:w="0" w:type="auto"/>
        <w:jc w:val="center"/>
        <w:tblBorders>
          <w:top w:val="single" w:sz="5" w:space="0" w:color="B8B8B3"/>
          <w:left w:val="single" w:sz="5" w:space="0" w:color="B8B8B3"/>
          <w:bottom w:val="single" w:sz="5" w:space="0" w:color="B8B8B3"/>
          <w:right w:val="single" w:sz="5" w:space="0" w:color="B8B8B3"/>
          <w:insideH w:val="single" w:sz="5" w:space="0" w:color="B8B8B3"/>
          <w:insideV w:val="single" w:sz="5" w:space="0" w:color="B8B8B3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3954"/>
        <w:gridCol w:w="2343"/>
        <w:gridCol w:w="1039"/>
        <w:gridCol w:w="1733"/>
      </w:tblGrid>
      <w:tr w:rsidR="002503F4" w:rsidRPr="00845A35" w14:paraId="0363EA82" w14:textId="77777777" w:rsidTr="004E7E9F">
        <w:trPr>
          <w:trHeight w:val="489"/>
          <w:jc w:val="center"/>
        </w:trPr>
        <w:tc>
          <w:tcPr>
            <w:tcW w:w="519" w:type="dxa"/>
            <w:shd w:val="clear" w:color="auto" w:fill="E9E9E5"/>
          </w:tcPr>
          <w:p w14:paraId="1442AA64" w14:textId="77777777" w:rsidR="002503F4" w:rsidRPr="00845A35" w:rsidRDefault="002503F4">
            <w:pPr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6"/>
              </w:rPr>
              <w:t>№</w:t>
            </w:r>
          </w:p>
        </w:tc>
        <w:tc>
          <w:tcPr>
            <w:tcW w:w="3954" w:type="dxa"/>
            <w:shd w:val="clear" w:color="auto" w:fill="E9E9E5"/>
          </w:tcPr>
          <w:p w14:paraId="5C8F8C54" w14:textId="35C93CDE" w:rsidR="002503F4" w:rsidRPr="002503F4" w:rsidRDefault="002503F4">
            <w:pPr>
              <w:jc w:val="center"/>
              <w:rPr>
                <w:rFonts w:ascii="TT Norms Pro Trial" w:hAnsi="TT Norms Pro Trial"/>
                <w:lang w:val="ru-RU"/>
              </w:rPr>
            </w:pPr>
            <w:proofErr w:type="spellStart"/>
            <w:r w:rsidRPr="00845A35">
              <w:rPr>
                <w:rFonts w:ascii="TT Norms Pro Trial" w:hAnsi="TT Norms Pro Trial"/>
                <w:b/>
                <w:sz w:val="16"/>
              </w:rPr>
              <w:t>Наименование</w:t>
            </w:r>
            <w:proofErr w:type="spellEnd"/>
            <w:r w:rsidRPr="00845A35">
              <w:rPr>
                <w:rFonts w:ascii="TT Norms Pro Trial" w:hAnsi="TT Norms Pro Trial"/>
                <w:b/>
                <w:sz w:val="16"/>
              </w:rPr>
              <w:t xml:space="preserve"> </w:t>
            </w:r>
            <w:proofErr w:type="spellStart"/>
            <w:r w:rsidRPr="00845A35">
              <w:rPr>
                <w:rFonts w:ascii="TT Norms Pro Trial" w:hAnsi="TT Norms Pro Trial"/>
                <w:b/>
                <w:sz w:val="16"/>
              </w:rPr>
              <w:t>товара</w:t>
            </w:r>
            <w:proofErr w:type="spellEnd"/>
            <w:r w:rsidRPr="00845A35">
              <w:rPr>
                <w:rFonts w:ascii="TT Norms Pro Trial" w:hAnsi="TT Norms Pro Trial"/>
                <w:b/>
                <w:sz w:val="16"/>
              </w:rPr>
              <w:t xml:space="preserve"> </w:t>
            </w:r>
          </w:p>
        </w:tc>
        <w:tc>
          <w:tcPr>
            <w:tcW w:w="2343" w:type="dxa"/>
            <w:shd w:val="clear" w:color="auto" w:fill="E9E9E5"/>
          </w:tcPr>
          <w:p w14:paraId="7FD1AD97" w14:textId="2F070C1D" w:rsidR="002503F4" w:rsidRPr="00845A35" w:rsidRDefault="002503F4">
            <w:pPr>
              <w:jc w:val="center"/>
              <w:rPr>
                <w:rFonts w:ascii="TT Norms Pro Trial" w:hAnsi="TT Norms Pro Trial"/>
                <w:b/>
                <w:sz w:val="16"/>
              </w:rPr>
            </w:pPr>
            <w:r>
              <w:rPr>
                <w:rFonts w:ascii="TT Norms Pro Trial" w:hAnsi="TT Norms Pro Trial"/>
                <w:b/>
                <w:sz w:val="16"/>
                <w:lang w:val="ru-RU"/>
              </w:rPr>
              <w:t>А</w:t>
            </w:r>
            <w:proofErr w:type="spellStart"/>
            <w:r w:rsidRPr="00845A35">
              <w:rPr>
                <w:rFonts w:ascii="TT Norms Pro Trial" w:hAnsi="TT Norms Pro Trial"/>
                <w:b/>
                <w:sz w:val="16"/>
              </w:rPr>
              <w:t>ртикул</w:t>
            </w:r>
            <w:proofErr w:type="spellEnd"/>
          </w:p>
        </w:tc>
        <w:tc>
          <w:tcPr>
            <w:tcW w:w="1039" w:type="dxa"/>
            <w:shd w:val="clear" w:color="auto" w:fill="E9E9E5"/>
          </w:tcPr>
          <w:p w14:paraId="0A074FBB" w14:textId="26BB7058" w:rsidR="002503F4" w:rsidRPr="00845A35" w:rsidRDefault="002503F4">
            <w:pPr>
              <w:jc w:val="center"/>
              <w:rPr>
                <w:rFonts w:ascii="TT Norms Pro Trial" w:hAnsi="TT Norms Pro Trial"/>
              </w:rPr>
            </w:pPr>
            <w:proofErr w:type="spellStart"/>
            <w:r w:rsidRPr="00845A35">
              <w:rPr>
                <w:rFonts w:ascii="TT Norms Pro Trial" w:hAnsi="TT Norms Pro Trial"/>
                <w:b/>
                <w:sz w:val="16"/>
              </w:rPr>
              <w:t>Кол-во</w:t>
            </w:r>
            <w:proofErr w:type="spellEnd"/>
          </w:p>
        </w:tc>
        <w:tc>
          <w:tcPr>
            <w:tcW w:w="1733" w:type="dxa"/>
            <w:shd w:val="clear" w:color="auto" w:fill="E9E9E5"/>
          </w:tcPr>
          <w:p w14:paraId="558A6AE9" w14:textId="77777777" w:rsidR="002503F4" w:rsidRPr="00845A35" w:rsidRDefault="002503F4">
            <w:pPr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b/>
                <w:sz w:val="16"/>
              </w:rPr>
              <w:t>Стоимость, ₽</w:t>
            </w:r>
          </w:p>
        </w:tc>
      </w:tr>
      <w:tr w:rsidR="002503F4" w:rsidRPr="00845A35" w14:paraId="05D09682" w14:textId="77777777" w:rsidTr="004E7E9F">
        <w:trPr>
          <w:trHeight w:val="489"/>
          <w:jc w:val="center"/>
        </w:trPr>
        <w:tc>
          <w:tcPr>
            <w:tcW w:w="519" w:type="dxa"/>
            <w:vAlign w:val="center"/>
          </w:tcPr>
          <w:p w14:paraId="2B281D99" w14:textId="77777777" w:rsidR="002503F4" w:rsidRPr="00845A35" w:rsidRDefault="002503F4">
            <w:pPr>
              <w:spacing w:after="0"/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</w:rPr>
              <w:t>1</w:t>
            </w:r>
          </w:p>
        </w:tc>
        <w:tc>
          <w:tcPr>
            <w:tcW w:w="3954" w:type="dxa"/>
            <w:vAlign w:val="center"/>
          </w:tcPr>
          <w:p w14:paraId="3D043C0B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2343" w:type="dxa"/>
          </w:tcPr>
          <w:p w14:paraId="7D48D74B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039" w:type="dxa"/>
            <w:vAlign w:val="center"/>
          </w:tcPr>
          <w:p w14:paraId="66803415" w14:textId="29FD80F4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733" w:type="dxa"/>
            <w:vAlign w:val="center"/>
          </w:tcPr>
          <w:p w14:paraId="5F5AEB69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2503F4" w:rsidRPr="00845A35" w14:paraId="49531955" w14:textId="77777777" w:rsidTr="004E7E9F">
        <w:trPr>
          <w:trHeight w:val="489"/>
          <w:jc w:val="center"/>
        </w:trPr>
        <w:tc>
          <w:tcPr>
            <w:tcW w:w="519" w:type="dxa"/>
            <w:vAlign w:val="center"/>
          </w:tcPr>
          <w:p w14:paraId="2E2AA270" w14:textId="77777777" w:rsidR="002503F4" w:rsidRPr="00845A35" w:rsidRDefault="002503F4">
            <w:pPr>
              <w:spacing w:after="0"/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</w:rPr>
              <w:t>2</w:t>
            </w:r>
          </w:p>
        </w:tc>
        <w:tc>
          <w:tcPr>
            <w:tcW w:w="3954" w:type="dxa"/>
            <w:vAlign w:val="center"/>
          </w:tcPr>
          <w:p w14:paraId="34A678C8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2343" w:type="dxa"/>
          </w:tcPr>
          <w:p w14:paraId="1B8C9297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039" w:type="dxa"/>
            <w:vAlign w:val="center"/>
          </w:tcPr>
          <w:p w14:paraId="71745F2E" w14:textId="6E786376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733" w:type="dxa"/>
            <w:vAlign w:val="center"/>
          </w:tcPr>
          <w:p w14:paraId="18744F57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2503F4" w:rsidRPr="00845A35" w14:paraId="1150CDD4" w14:textId="77777777" w:rsidTr="004E7E9F">
        <w:trPr>
          <w:trHeight w:val="489"/>
          <w:jc w:val="center"/>
        </w:trPr>
        <w:tc>
          <w:tcPr>
            <w:tcW w:w="519" w:type="dxa"/>
            <w:vAlign w:val="center"/>
          </w:tcPr>
          <w:p w14:paraId="13FFBA8F" w14:textId="77777777" w:rsidR="002503F4" w:rsidRPr="00845A35" w:rsidRDefault="002503F4">
            <w:pPr>
              <w:spacing w:after="0"/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</w:rPr>
              <w:t>3</w:t>
            </w:r>
          </w:p>
        </w:tc>
        <w:tc>
          <w:tcPr>
            <w:tcW w:w="3954" w:type="dxa"/>
            <w:vAlign w:val="center"/>
          </w:tcPr>
          <w:p w14:paraId="54A4A9E8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2343" w:type="dxa"/>
          </w:tcPr>
          <w:p w14:paraId="0FCB8F4F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039" w:type="dxa"/>
            <w:vAlign w:val="center"/>
          </w:tcPr>
          <w:p w14:paraId="4C171EB2" w14:textId="7AE073E8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733" w:type="dxa"/>
            <w:vAlign w:val="center"/>
          </w:tcPr>
          <w:p w14:paraId="2E015E58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</w:tr>
      <w:tr w:rsidR="002503F4" w:rsidRPr="00845A35" w14:paraId="6BC031C3" w14:textId="77777777" w:rsidTr="004E7E9F">
        <w:trPr>
          <w:trHeight w:val="489"/>
          <w:jc w:val="center"/>
        </w:trPr>
        <w:tc>
          <w:tcPr>
            <w:tcW w:w="519" w:type="dxa"/>
            <w:vAlign w:val="center"/>
          </w:tcPr>
          <w:p w14:paraId="63F4EBCC" w14:textId="77777777" w:rsidR="002503F4" w:rsidRPr="00845A35" w:rsidRDefault="002503F4">
            <w:pPr>
              <w:spacing w:after="0"/>
              <w:jc w:val="center"/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</w:rPr>
              <w:t>4</w:t>
            </w:r>
          </w:p>
        </w:tc>
        <w:tc>
          <w:tcPr>
            <w:tcW w:w="3954" w:type="dxa"/>
            <w:vAlign w:val="center"/>
          </w:tcPr>
          <w:p w14:paraId="4606CA46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2343" w:type="dxa"/>
          </w:tcPr>
          <w:p w14:paraId="78307565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039" w:type="dxa"/>
            <w:vAlign w:val="center"/>
          </w:tcPr>
          <w:p w14:paraId="0D8ABF1E" w14:textId="0F457F4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  <w:tc>
          <w:tcPr>
            <w:tcW w:w="1733" w:type="dxa"/>
            <w:vAlign w:val="center"/>
          </w:tcPr>
          <w:p w14:paraId="1ED293A7" w14:textId="77777777" w:rsidR="002503F4" w:rsidRPr="00845A35" w:rsidRDefault="002503F4">
            <w:pPr>
              <w:spacing w:after="0"/>
              <w:rPr>
                <w:rFonts w:ascii="TT Norms Pro Trial" w:hAnsi="TT Norms Pro Trial"/>
              </w:rPr>
            </w:pPr>
          </w:p>
        </w:tc>
      </w:tr>
    </w:tbl>
    <w:p w14:paraId="56856E37" w14:textId="77777777" w:rsidR="002503F4" w:rsidRDefault="002503F4">
      <w:pPr>
        <w:spacing w:before="100" w:after="40"/>
        <w:rPr>
          <w:rFonts w:ascii="TT Norms Pro Trial" w:hAnsi="TT Norms Pro Trial"/>
          <w:b/>
          <w:lang w:val="ru-RU"/>
        </w:rPr>
      </w:pPr>
    </w:p>
    <w:p w14:paraId="4741F1D0" w14:textId="67B2EEF0" w:rsidR="007E7B6F" w:rsidRPr="00845A35" w:rsidRDefault="00000000">
      <w:pPr>
        <w:spacing w:before="100" w:after="40"/>
        <w:rPr>
          <w:rFonts w:ascii="TT Norms Pro Trial" w:hAnsi="TT Norms Pro Trial"/>
        </w:rPr>
      </w:pPr>
      <w:proofErr w:type="spellStart"/>
      <w:r w:rsidRPr="00845A35">
        <w:rPr>
          <w:rFonts w:ascii="TT Norms Pro Trial" w:hAnsi="TT Norms Pro Trial"/>
          <w:b/>
        </w:rPr>
        <w:t>Причина</w:t>
      </w:r>
      <w:proofErr w:type="spellEnd"/>
      <w:r w:rsidRPr="00845A35">
        <w:rPr>
          <w:rFonts w:ascii="TT Norms Pro Trial" w:hAnsi="TT Norms Pro Trial"/>
          <w:b/>
        </w:rPr>
        <w:t xml:space="preserve"> </w:t>
      </w:r>
      <w:proofErr w:type="spellStart"/>
      <w:r w:rsidRPr="00845A35">
        <w:rPr>
          <w:rFonts w:ascii="TT Norms Pro Trial" w:hAnsi="TT Norms Pro Trial"/>
          <w:b/>
        </w:rPr>
        <w:t>возврата</w:t>
      </w:r>
      <w:proofErr w:type="spellEnd"/>
    </w:p>
    <w:p w14:paraId="34A6EB3B" w14:textId="77777777" w:rsidR="00845A35" w:rsidRPr="00845A35" w:rsidRDefault="00845A35">
      <w:pPr>
        <w:pBdr>
          <w:bottom w:val="single" w:sz="12" w:space="1" w:color="auto"/>
        </w:pBdr>
        <w:spacing w:after="20"/>
        <w:rPr>
          <w:rFonts w:ascii="TT Norms Pro Trial" w:hAnsi="TT Norms Pro Trial"/>
          <w:b/>
          <w:sz w:val="17"/>
          <w:lang w:val="ru-RU"/>
        </w:rPr>
      </w:pPr>
    </w:p>
    <w:p w14:paraId="4CCD0F31" w14:textId="77777777" w:rsidR="00845A35" w:rsidRDefault="00845A35">
      <w:pPr>
        <w:spacing w:after="20"/>
        <w:rPr>
          <w:rFonts w:ascii="TT Norms Pro Trial" w:hAnsi="TT Norms Pro Trial"/>
          <w:b/>
          <w:sz w:val="17"/>
          <w:lang w:val="ru-RU"/>
        </w:rPr>
      </w:pPr>
    </w:p>
    <w:p w14:paraId="1C10AB6D" w14:textId="76336844" w:rsidR="004E7E9F" w:rsidRDefault="004E7E9F">
      <w:pPr>
        <w:spacing w:after="20"/>
        <w:rPr>
          <w:rFonts w:ascii="TT Norms Pro Trial" w:hAnsi="TT Norms Pro Trial"/>
          <w:b/>
          <w:sz w:val="17"/>
          <w:lang w:val="ru-RU"/>
        </w:rPr>
      </w:pPr>
      <w:r>
        <w:rPr>
          <w:rFonts w:ascii="TT Norms Pro Trial" w:hAnsi="TT Norms Pro Trial"/>
          <w:b/>
          <w:sz w:val="17"/>
          <w:lang w:val="ru-RU"/>
        </w:rPr>
        <w:t>Адрес для отправки возврата: г. Москва, ул. Панфёрова, д. 4, получатель ООО «Снег Идёт»</w:t>
      </w:r>
    </w:p>
    <w:p w14:paraId="3EBB2433" w14:textId="77777777" w:rsidR="004E7E9F" w:rsidRDefault="004E7E9F">
      <w:pPr>
        <w:spacing w:after="20"/>
        <w:rPr>
          <w:rFonts w:ascii="TT Norms Pro Trial" w:hAnsi="TT Norms Pro Trial"/>
          <w:b/>
          <w:sz w:val="17"/>
          <w:lang w:val="ru-RU"/>
        </w:rPr>
      </w:pPr>
    </w:p>
    <w:p w14:paraId="42CC916F" w14:textId="7D45BEA0" w:rsidR="004E7E9F" w:rsidRDefault="004E7E9F" w:rsidP="004E7E9F">
      <w:pPr>
        <w:spacing w:after="20"/>
        <w:jc w:val="center"/>
        <w:rPr>
          <w:rFonts w:ascii="TT Norms Pro Trial" w:hAnsi="TT Norms Pro Trial"/>
          <w:b/>
          <w:color w:val="EE0000"/>
          <w:sz w:val="17"/>
          <w:lang w:val="ru-RU"/>
        </w:rPr>
      </w:pPr>
      <w:r w:rsidRPr="004E7E9F">
        <w:rPr>
          <w:rFonts w:ascii="TT Norms Pro Trial" w:hAnsi="TT Norms Pro Trial"/>
          <w:b/>
          <w:color w:val="EE0000"/>
          <w:sz w:val="17"/>
          <w:lang w:val="ru-RU"/>
        </w:rPr>
        <w:t>Обратите внимание: расходы на возврат товара оплачивает Покупатель.</w:t>
      </w:r>
    </w:p>
    <w:p w14:paraId="0E6A76C0" w14:textId="77777777" w:rsidR="004E7E9F" w:rsidRPr="004E7E9F" w:rsidRDefault="004E7E9F" w:rsidP="004E7E9F">
      <w:pPr>
        <w:spacing w:after="20"/>
        <w:jc w:val="center"/>
        <w:rPr>
          <w:rFonts w:ascii="TT Norms Pro Trial" w:hAnsi="TT Norms Pro Trial"/>
          <w:b/>
          <w:color w:val="EE0000"/>
          <w:sz w:val="17"/>
          <w:lang w:val="ru-RU"/>
        </w:rPr>
      </w:pPr>
    </w:p>
    <w:p w14:paraId="7F7A24EB" w14:textId="3A347292" w:rsidR="007E7B6F" w:rsidRPr="00845A35" w:rsidRDefault="00000000">
      <w:pPr>
        <w:spacing w:before="80" w:after="40"/>
        <w:rPr>
          <w:rFonts w:ascii="TT Norms Pro Trial" w:hAnsi="TT Norms Pro Trial"/>
          <w:lang w:val="ru-RU"/>
        </w:rPr>
      </w:pPr>
      <w:r w:rsidRPr="00845A35">
        <w:rPr>
          <w:rFonts w:ascii="TT Norms Pro Trial" w:hAnsi="TT Norms Pro Trial"/>
          <w:b/>
          <w:lang w:val="ru-RU"/>
        </w:rPr>
        <w:t>Состояние товара</w:t>
      </w:r>
    </w:p>
    <w:p w14:paraId="0BE746DB" w14:textId="71CC9C8B" w:rsidR="007E7B6F" w:rsidRPr="00845A35" w:rsidRDefault="00000000">
      <w:pPr>
        <w:spacing w:after="80"/>
        <w:rPr>
          <w:rFonts w:ascii="TT Norms Pro Trial" w:hAnsi="TT Norms Pro Trial"/>
          <w:lang w:val="ru-RU"/>
        </w:rPr>
      </w:pPr>
      <w:proofErr w:type="gramStart"/>
      <w:r w:rsidRPr="00845A35">
        <w:rPr>
          <w:rFonts w:cs="Arial"/>
          <w:sz w:val="16"/>
          <w:lang w:val="ru-RU"/>
        </w:rPr>
        <w:t>□</w:t>
      </w:r>
      <w:r w:rsidRPr="00845A35">
        <w:rPr>
          <w:rFonts w:ascii="TT Norms Pro Trial" w:hAnsi="TT Norms Pro Trial"/>
          <w:sz w:val="16"/>
          <w:lang w:val="ru-RU"/>
        </w:rPr>
        <w:t xml:space="preserve">  </w:t>
      </w:r>
      <w:r w:rsidRPr="00845A35">
        <w:rPr>
          <w:rFonts w:ascii="TT Norms Pro Trial" w:hAnsi="TT Norms Pro Trial" w:cs="TT Norms Pro Trial"/>
          <w:sz w:val="16"/>
          <w:lang w:val="ru-RU"/>
        </w:rPr>
        <w:t>Товар</w:t>
      </w:r>
      <w:proofErr w:type="gramEnd"/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не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был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в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употреблении</w:t>
      </w:r>
      <w:r w:rsidRPr="00845A35">
        <w:rPr>
          <w:rFonts w:ascii="TT Norms Pro Trial" w:hAnsi="TT Norms Pro Trial"/>
          <w:sz w:val="16"/>
          <w:lang w:val="ru-RU"/>
        </w:rPr>
        <w:t xml:space="preserve">; </w:t>
      </w:r>
      <w:r w:rsidRPr="00845A35">
        <w:rPr>
          <w:rFonts w:ascii="TT Norms Pro Trial" w:hAnsi="TT Norms Pro Trial" w:cs="TT Norms Pro Trial"/>
          <w:sz w:val="16"/>
          <w:lang w:val="ru-RU"/>
        </w:rPr>
        <w:t>сохранены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товарный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вид</w:t>
      </w:r>
      <w:r w:rsidRPr="00845A35">
        <w:rPr>
          <w:rFonts w:ascii="TT Norms Pro Trial" w:hAnsi="TT Norms Pro Trial"/>
          <w:sz w:val="16"/>
          <w:lang w:val="ru-RU"/>
        </w:rPr>
        <w:t xml:space="preserve">, </w:t>
      </w:r>
      <w:r w:rsidRPr="00845A35">
        <w:rPr>
          <w:rFonts w:ascii="TT Norms Pro Trial" w:hAnsi="TT Norms Pro Trial" w:cs="TT Norms Pro Trial"/>
          <w:sz w:val="16"/>
          <w:lang w:val="ru-RU"/>
        </w:rPr>
        <w:t>потребительские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свойства</w:t>
      </w:r>
      <w:r w:rsidRPr="00845A35">
        <w:rPr>
          <w:rFonts w:ascii="TT Norms Pro Trial" w:hAnsi="TT Norms Pro Trial"/>
          <w:sz w:val="16"/>
          <w:lang w:val="ru-RU"/>
        </w:rPr>
        <w:t xml:space="preserve">, </w:t>
      </w:r>
      <w:r w:rsidRPr="00845A35">
        <w:rPr>
          <w:rFonts w:ascii="TT Norms Pro Trial" w:hAnsi="TT Norms Pro Trial" w:cs="TT Norms Pro Trial"/>
          <w:sz w:val="16"/>
          <w:lang w:val="ru-RU"/>
        </w:rPr>
        <w:t>ярлыки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и</w:t>
      </w:r>
      <w:r w:rsidRPr="00845A35">
        <w:rPr>
          <w:rFonts w:ascii="TT Norms Pro Trial" w:hAnsi="TT Norms Pro Trial"/>
          <w:sz w:val="16"/>
          <w:lang w:val="ru-RU"/>
        </w:rPr>
        <w:t xml:space="preserve"> </w:t>
      </w:r>
      <w:r w:rsidRPr="00845A35">
        <w:rPr>
          <w:rFonts w:ascii="TT Norms Pro Trial" w:hAnsi="TT Norms Pro Trial" w:cs="TT Norms Pro Trial"/>
          <w:sz w:val="16"/>
          <w:lang w:val="ru-RU"/>
        </w:rPr>
        <w:t>комплектность</w:t>
      </w:r>
    </w:p>
    <w:p w14:paraId="42960039" w14:textId="77777777" w:rsidR="007E7B6F" w:rsidRPr="00845A35" w:rsidRDefault="00000000">
      <w:pPr>
        <w:spacing w:after="80"/>
        <w:rPr>
          <w:rFonts w:ascii="TT Norms Pro Trial" w:hAnsi="TT Norms Pro Trial"/>
          <w:sz w:val="17"/>
          <w:lang w:val="ru-RU"/>
        </w:rPr>
      </w:pPr>
      <w:r w:rsidRPr="00845A35">
        <w:rPr>
          <w:rFonts w:ascii="TT Norms Pro Trial" w:hAnsi="TT Norms Pro Trial"/>
          <w:sz w:val="17"/>
          <w:lang w:val="ru-RU"/>
        </w:rPr>
        <w:t>Прошу вернуть денежные средства тем же способом, которым была произведена оплата заказа. Если такой возврат технически невозможен, прошу связаться со мной для уточнения реквизитов.</w:t>
      </w:r>
    </w:p>
    <w:p w14:paraId="49B63999" w14:textId="77777777" w:rsidR="00845A35" w:rsidRP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07A5376C" w14:textId="77777777" w:rsidR="00845A35" w:rsidRP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40FE46DE" w14:textId="77777777" w:rsid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216BEAD9" w14:textId="77777777" w:rsid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341E4EA9" w14:textId="77777777" w:rsidR="00845A35" w:rsidRP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4EDE06A0" w14:textId="77777777" w:rsidR="00845A35" w:rsidRPr="00845A35" w:rsidRDefault="00845A35">
      <w:pPr>
        <w:spacing w:after="80"/>
        <w:rPr>
          <w:rFonts w:ascii="TT Norms Pro Trial" w:hAnsi="TT Norms Pro Trial"/>
          <w:lang w:val="ru-RU"/>
        </w:rPr>
      </w:pPr>
    </w:p>
    <w:p w14:paraId="0F935B2F" w14:textId="6ECC7CA5" w:rsidR="007E7B6F" w:rsidRPr="00845A35" w:rsidRDefault="007E7B6F">
      <w:pPr>
        <w:spacing w:after="40"/>
        <w:rPr>
          <w:rFonts w:ascii="TT Norms Pro Trial" w:hAnsi="TT Norms Pro Trial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2721"/>
        <w:gridCol w:w="3912"/>
      </w:tblGrid>
      <w:tr w:rsidR="007E7B6F" w:rsidRPr="00845A35" w14:paraId="60148FDE" w14:textId="77777777"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231DD0B3" w14:textId="77777777" w:rsidR="007E7B6F" w:rsidRPr="00845A35" w:rsidRDefault="00000000">
            <w:pPr>
              <w:rPr>
                <w:rFonts w:ascii="TT Norms Pro Trial" w:hAnsi="TT Norms Pro Trial"/>
              </w:rPr>
            </w:pPr>
            <w:proofErr w:type="spellStart"/>
            <w:r w:rsidRPr="00845A35">
              <w:rPr>
                <w:rFonts w:ascii="TT Norms Pro Trial" w:hAnsi="TT Norms Pro Trial"/>
                <w:sz w:val="16"/>
              </w:rPr>
              <w:t>Дата</w:t>
            </w:r>
            <w:proofErr w:type="spellEnd"/>
            <w:r w:rsidRPr="00845A35">
              <w:rPr>
                <w:rFonts w:ascii="TT Norms Pro Trial" w:hAnsi="TT Norms Pro Trial"/>
                <w:sz w:val="16"/>
              </w:rPr>
              <w:t>: «____» ____________ 20____ г.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9DC2676" w14:textId="77777777" w:rsidR="007E7B6F" w:rsidRPr="00845A35" w:rsidRDefault="00000000">
            <w:pPr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sz w:val="16"/>
              </w:rPr>
              <w:t>Подпись: __________________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DBC68FE" w14:textId="77777777" w:rsidR="007E7B6F" w:rsidRPr="00845A35" w:rsidRDefault="00000000">
            <w:pPr>
              <w:rPr>
                <w:rFonts w:ascii="TT Norms Pro Trial" w:hAnsi="TT Norms Pro Trial"/>
              </w:rPr>
            </w:pPr>
            <w:r w:rsidRPr="00845A35">
              <w:rPr>
                <w:rFonts w:ascii="TT Norms Pro Trial" w:hAnsi="TT Norms Pro Trial"/>
                <w:sz w:val="16"/>
              </w:rPr>
              <w:t>Расшифровка: _______________________</w:t>
            </w:r>
          </w:p>
        </w:tc>
      </w:tr>
    </w:tbl>
    <w:p w14:paraId="6BBFFBEC" w14:textId="77777777" w:rsidR="007E7B6F" w:rsidRPr="00845A35" w:rsidRDefault="00000000">
      <w:pPr>
        <w:spacing w:before="100" w:after="0"/>
        <w:jc w:val="center"/>
        <w:rPr>
          <w:rFonts w:ascii="TT Norms Pro Trial" w:hAnsi="TT Norms Pro Trial"/>
        </w:rPr>
      </w:pPr>
      <w:proofErr w:type="spellStart"/>
      <w:r w:rsidRPr="00845A35">
        <w:rPr>
          <w:rFonts w:ascii="TT Norms Pro Trial" w:hAnsi="TT Norms Pro Trial"/>
          <w:color w:val="5A5A5A"/>
          <w:sz w:val="15"/>
        </w:rPr>
        <w:t>Контакты</w:t>
      </w:r>
      <w:proofErr w:type="spellEnd"/>
      <w:r w:rsidRPr="00845A35">
        <w:rPr>
          <w:rFonts w:ascii="TT Norms Pro Trial" w:hAnsi="TT Norms Pro Trial"/>
          <w:color w:val="5A5A5A"/>
          <w:sz w:val="15"/>
        </w:rPr>
        <w:t xml:space="preserve">: </w:t>
      </w:r>
      <w:proofErr w:type="gramStart"/>
      <w:r w:rsidRPr="00845A35">
        <w:rPr>
          <w:rFonts w:ascii="TT Norms Pro Trial" w:hAnsi="TT Norms Pro Trial"/>
          <w:color w:val="5A5A5A"/>
          <w:sz w:val="15"/>
        </w:rPr>
        <w:t>info@snegidet.com  ·</w:t>
      </w:r>
      <w:proofErr w:type="gramEnd"/>
      <w:r w:rsidRPr="00845A35">
        <w:rPr>
          <w:rFonts w:ascii="TT Norms Pro Trial" w:hAnsi="TT Norms Pro Trial"/>
          <w:color w:val="5A5A5A"/>
          <w:sz w:val="15"/>
        </w:rPr>
        <w:t xml:space="preserve">  +7 915 461-05-</w:t>
      </w:r>
      <w:proofErr w:type="gramStart"/>
      <w:r w:rsidRPr="00845A35">
        <w:rPr>
          <w:rFonts w:ascii="TT Norms Pro Trial" w:hAnsi="TT Norms Pro Trial"/>
          <w:color w:val="5A5A5A"/>
          <w:sz w:val="15"/>
        </w:rPr>
        <w:t>85  ·</w:t>
      </w:r>
      <w:proofErr w:type="gramEnd"/>
      <w:r w:rsidRPr="00845A35">
        <w:rPr>
          <w:rFonts w:ascii="TT Norms Pro Trial" w:hAnsi="TT Norms Pro Trial"/>
          <w:color w:val="5A5A5A"/>
          <w:sz w:val="15"/>
        </w:rPr>
        <w:t xml:space="preserve">  snegidet.com</w:t>
      </w:r>
    </w:p>
    <w:sectPr w:rsidR="007E7B6F" w:rsidRPr="00845A35" w:rsidSect="00034616">
      <w:headerReference w:type="default" r:id="rId8"/>
      <w:footerReference w:type="default" r:id="rId9"/>
      <w:pgSz w:w="12240" w:h="15840"/>
      <w:pgMar w:top="737" w:right="850" w:bottom="6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C1AA" w14:textId="77777777" w:rsidR="00917EF4" w:rsidRDefault="00917EF4">
      <w:pPr>
        <w:spacing w:after="0" w:line="240" w:lineRule="auto"/>
      </w:pPr>
      <w:r>
        <w:separator/>
      </w:r>
    </w:p>
  </w:endnote>
  <w:endnote w:type="continuationSeparator" w:id="0">
    <w:p w14:paraId="6536F3E8" w14:textId="77777777" w:rsidR="00917EF4" w:rsidRDefault="00917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T Norms Pro Trial">
    <w:panose1 w:val="020B0103030101020204"/>
    <w:charset w:val="CC"/>
    <w:family w:val="swiss"/>
    <w:pitch w:val="variable"/>
    <w:sig w:usb0="A00002FF" w:usb1="5000A4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DD2D" w14:textId="77777777" w:rsidR="007E7B6F" w:rsidRDefault="00000000">
    <w:pPr>
      <w:pStyle w:val="a7"/>
      <w:jc w:val="right"/>
    </w:pPr>
    <w:proofErr w:type="spellStart"/>
    <w:r>
      <w:rPr>
        <w:color w:val="828282"/>
        <w:sz w:val="14"/>
      </w:rPr>
      <w:t>Форма</w:t>
    </w:r>
    <w:proofErr w:type="spellEnd"/>
    <w:r>
      <w:rPr>
        <w:color w:val="828282"/>
        <w:sz w:val="14"/>
      </w:rPr>
      <w:t xml:space="preserve"> </w:t>
    </w:r>
    <w:proofErr w:type="spellStart"/>
    <w:r>
      <w:rPr>
        <w:color w:val="828282"/>
        <w:sz w:val="14"/>
      </w:rPr>
      <w:t>заявления</w:t>
    </w:r>
    <w:proofErr w:type="spellEnd"/>
    <w:r>
      <w:rPr>
        <w:color w:val="828282"/>
        <w:sz w:val="14"/>
      </w:rPr>
      <w:t xml:space="preserve"> </w:t>
    </w:r>
    <w:proofErr w:type="spellStart"/>
    <w:r>
      <w:rPr>
        <w:color w:val="828282"/>
        <w:sz w:val="14"/>
      </w:rPr>
      <w:t>на</w:t>
    </w:r>
    <w:proofErr w:type="spellEnd"/>
    <w:r>
      <w:rPr>
        <w:color w:val="828282"/>
        <w:sz w:val="14"/>
      </w:rPr>
      <w:t xml:space="preserve"> </w:t>
    </w:r>
    <w:proofErr w:type="spellStart"/>
    <w:r>
      <w:rPr>
        <w:color w:val="828282"/>
        <w:sz w:val="14"/>
      </w:rPr>
      <w:t>возврат</w:t>
    </w:r>
    <w:proofErr w:type="spellEnd"/>
    <w:r>
      <w:rPr>
        <w:color w:val="828282"/>
        <w:sz w:val="14"/>
      </w:rPr>
      <w:t xml:space="preserve"> </w:t>
    </w:r>
    <w:proofErr w:type="spellStart"/>
    <w:r>
      <w:rPr>
        <w:color w:val="828282"/>
        <w:sz w:val="14"/>
      </w:rPr>
      <w:t>товара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2812A" w14:textId="77777777" w:rsidR="00917EF4" w:rsidRDefault="00917EF4">
      <w:pPr>
        <w:spacing w:after="0" w:line="240" w:lineRule="auto"/>
      </w:pPr>
      <w:r>
        <w:separator/>
      </w:r>
    </w:p>
  </w:footnote>
  <w:footnote w:type="continuationSeparator" w:id="0">
    <w:p w14:paraId="663AD283" w14:textId="77777777" w:rsidR="00917EF4" w:rsidRDefault="00917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9EA9" w14:textId="1FE148B5" w:rsidR="00845A35" w:rsidRDefault="00845A35">
    <w:pPr>
      <w:pStyle w:val="a5"/>
    </w:pPr>
  </w:p>
  <w:tbl>
    <w:tblPr>
      <w:tblStyle w:val="aff0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99" w:type="dxa"/>
        <w:left w:w="99" w:type="dxa"/>
        <w:bottom w:w="99" w:type="dxa"/>
        <w:right w:w="99" w:type="dxa"/>
      </w:tblCellMar>
      <w:tblLook w:val="04A0" w:firstRow="1" w:lastRow="0" w:firstColumn="1" w:lastColumn="0" w:noHBand="0" w:noVBand="1"/>
    </w:tblPr>
    <w:tblGrid>
      <w:gridCol w:w="2913"/>
      <w:gridCol w:w="4056"/>
      <w:gridCol w:w="2378"/>
    </w:tblGrid>
    <w:tr w:rsidR="00845A35" w:rsidRPr="005F04A6" w14:paraId="06AFFD5B" w14:textId="77777777" w:rsidTr="003B4670">
      <w:tc>
        <w:tcPr>
          <w:tcW w:w="2913" w:type="dxa"/>
        </w:tcPr>
        <w:p w14:paraId="7C38A24B" w14:textId="77777777" w:rsidR="00845A35" w:rsidRPr="005F04A6" w:rsidRDefault="00845A35" w:rsidP="00845A35">
          <w:pPr>
            <w:rPr>
              <w:rFonts w:ascii="TT Norms Pro Trial" w:hAnsi="TT Norms Pro Trial"/>
              <w:sz w:val="16"/>
            </w:rPr>
          </w:pPr>
          <w:r w:rsidRPr="005F04A6">
            <w:rPr>
              <w:rFonts w:ascii="TT Norms Pro Trial" w:hAnsi="TT Norms Pro Trial"/>
              <w:noProof/>
            </w:rPr>
            <w:drawing>
              <wp:inline distT="0" distB="0" distL="0" distR="0" wp14:anchorId="57596CE7" wp14:editId="1CB3CA2A">
                <wp:extent cx="1323975" cy="1057275"/>
                <wp:effectExtent l="0" t="0" r="0" b="0"/>
                <wp:docPr id="178110005" name="Drawing 1781100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11000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1057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6" w:type="dxa"/>
        </w:tcPr>
        <w:p w14:paraId="23B7138E" w14:textId="77777777" w:rsidR="00845A35" w:rsidRPr="00845A35" w:rsidRDefault="00845A35" w:rsidP="00845A35">
          <w:pPr>
            <w:spacing w:line="360" w:lineRule="auto"/>
            <w:rPr>
              <w:rFonts w:ascii="TT Norms Pro Trial" w:hAnsi="TT Norms Pro Trial"/>
              <w:b/>
              <w:sz w:val="16"/>
              <w:lang w:val="ru-RU"/>
            </w:rPr>
          </w:pPr>
          <w:r w:rsidRPr="00845A35">
            <w:rPr>
              <w:rFonts w:ascii="TT Norms Pro Trial" w:hAnsi="TT Norms Pro Trial"/>
              <w:b/>
              <w:sz w:val="16"/>
              <w:lang w:val="ru-RU"/>
            </w:rPr>
            <w:t>ООО «СНЕГ ИДЁТ»</w:t>
          </w:r>
        </w:p>
        <w:p w14:paraId="4175EF40" w14:textId="7DA975C2" w:rsidR="00845A35" w:rsidRPr="00845A35" w:rsidRDefault="00845A35" w:rsidP="00845A35">
          <w:pPr>
            <w:rPr>
              <w:rFonts w:ascii="TT Norms Pro Trial" w:hAnsi="TT Norms Pro Trial"/>
              <w:sz w:val="16"/>
              <w:lang w:val="ru-RU"/>
            </w:rPr>
          </w:pPr>
          <w:r w:rsidRPr="00845A35">
            <w:rPr>
              <w:rFonts w:ascii="TT Norms Pro Trial" w:hAnsi="TT Norms Pro Trial"/>
              <w:b/>
              <w:sz w:val="16"/>
              <w:lang w:val="ru-RU"/>
            </w:rPr>
            <w:t>Юридический адрес:</w:t>
          </w:r>
          <w:r w:rsidRPr="00845A35">
            <w:rPr>
              <w:rFonts w:ascii="TT Norms Pro Trial" w:hAnsi="TT Norms Pro Trial"/>
              <w:sz w:val="16"/>
              <w:lang w:val="ru-RU"/>
            </w:rPr>
            <w:t xml:space="preserve"> 117638, Россия, </w:t>
          </w:r>
          <w:r w:rsidRPr="00845A35">
            <w:rPr>
              <w:rFonts w:ascii="TT Norms Pro Trial" w:hAnsi="TT Norms Pro Trial"/>
              <w:sz w:val="16"/>
              <w:lang w:val="ru-RU"/>
            </w:rPr>
            <w:br/>
            <w:t xml:space="preserve">город Москва, улица Одесская, дом 2, </w:t>
          </w:r>
          <w:r w:rsidRPr="00845A35">
            <w:rPr>
              <w:rFonts w:ascii="TT Norms Pro Trial" w:hAnsi="TT Norms Pro Trial"/>
              <w:sz w:val="16"/>
              <w:lang w:val="ru-RU"/>
            </w:rPr>
            <w:br/>
            <w:t>этаж 11, помещение 8, кабинет 1.</w:t>
          </w:r>
        </w:p>
        <w:p w14:paraId="64683AB9" w14:textId="69178358" w:rsidR="00845A35" w:rsidRPr="00845A35" w:rsidRDefault="00845A35" w:rsidP="00845A35">
          <w:pPr>
            <w:rPr>
              <w:rFonts w:ascii="TT Norms Pro Trial" w:hAnsi="TT Norms Pro Trial"/>
              <w:sz w:val="16"/>
              <w:lang w:val="ru-RU"/>
            </w:rPr>
          </w:pPr>
          <w:r w:rsidRPr="00845A35">
            <w:rPr>
              <w:rFonts w:ascii="TT Norms Pro Trial" w:hAnsi="TT Norms Pro Trial"/>
              <w:b/>
              <w:sz w:val="16"/>
              <w:lang w:val="ru-RU"/>
            </w:rPr>
            <w:t xml:space="preserve">Фактический адрес: </w:t>
          </w:r>
          <w:r w:rsidRPr="00845A35">
            <w:rPr>
              <w:rFonts w:ascii="TT Norms Pro Trial" w:hAnsi="TT Norms Pro Trial"/>
              <w:sz w:val="16"/>
              <w:lang w:val="ru-RU"/>
            </w:rPr>
            <w:t xml:space="preserve">119261, Россия, </w:t>
          </w:r>
          <w:r w:rsidRPr="00845A35">
            <w:rPr>
              <w:rFonts w:ascii="TT Norms Pro Trial" w:hAnsi="TT Norms Pro Trial"/>
              <w:sz w:val="16"/>
              <w:lang w:val="ru-RU"/>
            </w:rPr>
            <w:br/>
            <w:t>город Москва, улица Панфёрова, дом 4.</w:t>
          </w:r>
        </w:p>
        <w:p w14:paraId="0DA1A832" w14:textId="77777777" w:rsidR="00845A35" w:rsidRPr="005F04A6" w:rsidRDefault="00845A35" w:rsidP="00845A35">
          <w:pPr>
            <w:rPr>
              <w:rFonts w:ascii="TT Norms Pro Trial" w:hAnsi="TT Norms Pro Trial"/>
              <w:sz w:val="16"/>
            </w:rPr>
          </w:pPr>
          <w:proofErr w:type="spellStart"/>
          <w:r w:rsidRPr="005F04A6">
            <w:rPr>
              <w:rFonts w:ascii="TT Norms Pro Trial" w:hAnsi="TT Norms Pro Trial"/>
              <w:b/>
              <w:sz w:val="16"/>
            </w:rPr>
            <w:t>Телефон</w:t>
          </w:r>
          <w:proofErr w:type="spellEnd"/>
          <w:r w:rsidRPr="005F04A6">
            <w:rPr>
              <w:rFonts w:ascii="TT Norms Pro Trial" w:hAnsi="TT Norms Pro Trial"/>
              <w:b/>
              <w:sz w:val="16"/>
            </w:rPr>
            <w:t xml:space="preserve">: </w:t>
          </w:r>
          <w:r w:rsidRPr="005F04A6">
            <w:rPr>
              <w:rFonts w:ascii="TT Norms Pro Trial" w:hAnsi="TT Norms Pro Trial"/>
              <w:sz w:val="16"/>
            </w:rPr>
            <w:t>+7 915 461-05-85</w:t>
          </w:r>
        </w:p>
      </w:tc>
      <w:tc>
        <w:tcPr>
          <w:tcW w:w="2378" w:type="dxa"/>
        </w:tcPr>
        <w:p w14:paraId="0DBE499A" w14:textId="77777777" w:rsidR="00845A35" w:rsidRPr="005F04A6" w:rsidRDefault="00845A35" w:rsidP="00845A35">
          <w:pPr>
            <w:rPr>
              <w:rFonts w:ascii="TT Norms Pro Trial" w:hAnsi="TT Norms Pro Trial"/>
              <w:sz w:val="16"/>
            </w:rPr>
          </w:pPr>
          <w:r w:rsidRPr="005F04A6">
            <w:rPr>
              <w:rFonts w:ascii="TT Norms Pro Trial" w:hAnsi="TT Norms Pro Trial"/>
              <w:sz w:val="16"/>
            </w:rPr>
            <w:t>ИНН: 9705040175</w:t>
          </w:r>
        </w:p>
        <w:p w14:paraId="581A5EB4" w14:textId="77777777" w:rsidR="00845A35" w:rsidRPr="005F04A6" w:rsidRDefault="00845A35" w:rsidP="00845A35">
          <w:pPr>
            <w:rPr>
              <w:rFonts w:ascii="TT Norms Pro Trial" w:hAnsi="TT Norms Pro Trial"/>
              <w:sz w:val="16"/>
            </w:rPr>
          </w:pPr>
          <w:r w:rsidRPr="005F04A6">
            <w:rPr>
              <w:rFonts w:ascii="TT Norms Pro Trial" w:hAnsi="TT Norms Pro Trial"/>
              <w:sz w:val="16"/>
            </w:rPr>
            <w:t>ОГРН: 1157746487470</w:t>
          </w:r>
        </w:p>
      </w:tc>
    </w:tr>
  </w:tbl>
  <w:p w14:paraId="286D3C8E" w14:textId="77777777" w:rsidR="00845A35" w:rsidRPr="00845A35" w:rsidRDefault="00845A35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25553">
    <w:abstractNumId w:val="8"/>
  </w:num>
  <w:num w:numId="2" w16cid:durableId="1787039199">
    <w:abstractNumId w:val="6"/>
  </w:num>
  <w:num w:numId="3" w16cid:durableId="1316377549">
    <w:abstractNumId w:val="5"/>
  </w:num>
  <w:num w:numId="4" w16cid:durableId="662389209">
    <w:abstractNumId w:val="4"/>
  </w:num>
  <w:num w:numId="5" w16cid:durableId="1460343458">
    <w:abstractNumId w:val="7"/>
  </w:num>
  <w:num w:numId="6" w16cid:durableId="165095962">
    <w:abstractNumId w:val="3"/>
  </w:num>
  <w:num w:numId="7" w16cid:durableId="1945116345">
    <w:abstractNumId w:val="2"/>
  </w:num>
  <w:num w:numId="8" w16cid:durableId="1303584296">
    <w:abstractNumId w:val="1"/>
  </w:num>
  <w:num w:numId="9" w16cid:durableId="29290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3F4"/>
    <w:rsid w:val="0029639D"/>
    <w:rsid w:val="00326F90"/>
    <w:rsid w:val="004173A1"/>
    <w:rsid w:val="004E7E9F"/>
    <w:rsid w:val="004F5501"/>
    <w:rsid w:val="007E7B6F"/>
    <w:rsid w:val="007F2BDB"/>
    <w:rsid w:val="00845A35"/>
    <w:rsid w:val="00917EF4"/>
    <w:rsid w:val="009A3140"/>
    <w:rsid w:val="00A330E4"/>
    <w:rsid w:val="00AA1D8D"/>
    <w:rsid w:val="00B47730"/>
    <w:rsid w:val="00CB0664"/>
    <w:rsid w:val="00CF5D10"/>
    <w:rsid w:val="00D71B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F38AE"/>
  <w14:defaultImageDpi w14:val="300"/>
  <w15:docId w15:val="{BE527D20-EBA2-468E-948E-1E196C7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pc01</cp:lastModifiedBy>
  <cp:revision>7</cp:revision>
  <cp:lastPrinted>2026-09-30T08:32:00Z</cp:lastPrinted>
  <dcterms:created xsi:type="dcterms:W3CDTF">2026-09-16T08:04:00Z</dcterms:created>
  <dcterms:modified xsi:type="dcterms:W3CDTF">2026-09-30T10:22:00Z</dcterms:modified>
  <cp:category/>
</cp:coreProperties>
</file>